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3FAE7" w14:textId="77777777" w:rsidR="000012B1" w:rsidRDefault="00BD7E9F">
      <w:pPr>
        <w:jc w:val="center"/>
      </w:pPr>
      <w:r>
        <w:rPr>
          <w:noProof/>
        </w:rPr>
        <w:drawing>
          <wp:inline distT="0" distB="0" distL="0" distR="0" wp14:anchorId="38221A3C" wp14:editId="0F55527B">
            <wp:extent cx="3474720" cy="8788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OCKSS-logo+(2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7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D50F4" w14:textId="77777777" w:rsidR="000012B1" w:rsidRDefault="00BD7E9F">
      <w:pPr>
        <w:pStyle w:val="Heading1"/>
        <w:jc w:val="center"/>
      </w:pPr>
      <w:r>
        <w:t>Welcome to the CLOCKSS Community</w:t>
      </w:r>
    </w:p>
    <w:p w14:paraId="58702656" w14:textId="77777777" w:rsidR="00174B10" w:rsidRDefault="00174B10"/>
    <w:p w14:paraId="15B75CBC" w14:textId="493B3010" w:rsidR="000012B1" w:rsidRDefault="00BD7E9F">
      <w:r w:rsidRPr="00174B10">
        <w:rPr>
          <w:b/>
          <w:bCs/>
        </w:rPr>
        <w:t>Thank you for choosing to become a CLOCKSS Supporting Library.</w:t>
      </w:r>
      <w:r>
        <w:br/>
      </w:r>
      <w:r>
        <w:br/>
        <w:t xml:space="preserve">By joining CLOCKSS, you're becoming part of a global community of libraries and publishers working together to ensure that scholarly knowledge remains accessible for generations to come. Your participation strengthens a trusted, community-governed archive that protects the scholarly record against loss, technological change, and </w:t>
      </w:r>
      <w:r w:rsidR="00263426">
        <w:t>organizational</w:t>
      </w:r>
      <w:r>
        <w:t xml:space="preserve"> failure.</w:t>
      </w:r>
      <w:r>
        <w:br/>
      </w:r>
      <w:r>
        <w:br/>
        <w:t xml:space="preserve">This short form helps us welcome you to the community and </w:t>
      </w:r>
      <w:r w:rsidR="00375B57">
        <w:t>en</w:t>
      </w:r>
      <w:r>
        <w:t>sure</w:t>
      </w:r>
      <w:r w:rsidR="00375B57">
        <w:t>s</w:t>
      </w:r>
      <w:r>
        <w:t xml:space="preserve"> we have the right information to support your participation. It should take around </w:t>
      </w:r>
      <w:r w:rsidR="00375B57">
        <w:t xml:space="preserve">two </w:t>
      </w:r>
      <w:r>
        <w:t>minutes to complete.</w:t>
      </w:r>
      <w:r>
        <w:br/>
      </w:r>
      <w:r>
        <w:br/>
        <w:t>We're delighted to have you with us.</w:t>
      </w:r>
    </w:p>
    <w:p w14:paraId="366D65B3" w14:textId="1BCFED12" w:rsidR="000012B1" w:rsidRDefault="00BD7E9F">
      <w:r>
        <w:rPr>
          <w:b/>
          <w:color w:val="357494"/>
          <w:sz w:val="26"/>
        </w:rPr>
        <w:t xml:space="preserve">Section 1: About your </w:t>
      </w:r>
      <w:r w:rsidR="00263426">
        <w:rPr>
          <w:b/>
          <w:color w:val="357494"/>
          <w:sz w:val="26"/>
        </w:rPr>
        <w:t>organization</w:t>
      </w:r>
    </w:p>
    <w:p w14:paraId="1DE34FDB" w14:textId="0D3D826C" w:rsidR="000012B1" w:rsidRPr="00B738F3" w:rsidRDefault="00BD7E9F">
      <w:pPr>
        <w:pStyle w:val="ListBullet"/>
        <w:rPr>
          <w:u w:val="single"/>
        </w:rPr>
      </w:pPr>
      <w:r w:rsidRPr="00B738F3">
        <w:rPr>
          <w:highlight w:val="yellow"/>
        </w:rPr>
        <w:t>Institution name</w:t>
      </w:r>
      <w:r w:rsidR="00B738F3" w:rsidRPr="00B738F3">
        <w:rPr>
          <w:highlight w:val="yellow"/>
        </w:rPr>
        <w:t>:</w:t>
      </w:r>
      <w:r w:rsidR="00B738F3">
        <w:t xml:space="preserve">  </w:t>
      </w:r>
      <w:r w:rsidR="00B738F3">
        <w:rPr>
          <w:u w:val="single"/>
        </w:rPr>
        <w:t xml:space="preserve">    </w:t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  <w:t xml:space="preserve">      </w:t>
      </w:r>
    </w:p>
    <w:p w14:paraId="347B5781" w14:textId="1A74F5FE" w:rsidR="000012B1" w:rsidRDefault="00BD7E9F">
      <w:pPr>
        <w:pStyle w:val="ListBullet"/>
      </w:pPr>
      <w:r w:rsidRPr="00B738F3">
        <w:rPr>
          <w:highlight w:val="yellow"/>
        </w:rPr>
        <w:t>Library website</w:t>
      </w:r>
      <w:r w:rsidR="00B738F3" w:rsidRPr="00B738F3">
        <w:rPr>
          <w:highlight w:val="yellow"/>
        </w:rPr>
        <w:t>:</w:t>
      </w:r>
      <w:r w:rsidR="00B738F3">
        <w:t xml:space="preserve">  </w:t>
      </w:r>
      <w:r w:rsidR="00B738F3">
        <w:rPr>
          <w:u w:val="single"/>
        </w:rPr>
        <w:t xml:space="preserve">    </w:t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  <w:t xml:space="preserve">      </w:t>
      </w:r>
    </w:p>
    <w:p w14:paraId="6A2EEB04" w14:textId="77777777" w:rsidR="000012B1" w:rsidRDefault="00BD7E9F">
      <w:r>
        <w:rPr>
          <w:b/>
          <w:color w:val="357494"/>
          <w:sz w:val="26"/>
        </w:rPr>
        <w:t>Section 2: Your contacts</w:t>
      </w:r>
    </w:p>
    <w:p w14:paraId="24FAF104" w14:textId="7C36A70B" w:rsidR="000012B1" w:rsidRDefault="00BD7E9F">
      <w:r>
        <w:t xml:space="preserve">Different aspects of CLOCKSS participation </w:t>
      </w:r>
      <w:r w:rsidR="00E95D8C">
        <w:t xml:space="preserve">can </w:t>
      </w:r>
      <w:r>
        <w:t>involve different colleagues in an institution. Please provide whichever contacts are appropriate. If one person fulfils multiple roles, that's absolutely fine.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4"/>
        <w:gridCol w:w="3741"/>
        <w:gridCol w:w="3780"/>
      </w:tblGrid>
      <w:tr w:rsidR="00376D64" w14:paraId="39C0E014" w14:textId="77777777" w:rsidTr="00376D64">
        <w:tc>
          <w:tcPr>
            <w:tcW w:w="2554" w:type="dxa"/>
          </w:tcPr>
          <w:p w14:paraId="49FCE3E5" w14:textId="77777777" w:rsidR="00376D64" w:rsidRDefault="00376D64"/>
        </w:tc>
        <w:tc>
          <w:tcPr>
            <w:tcW w:w="3741" w:type="dxa"/>
          </w:tcPr>
          <w:p w14:paraId="05BF9FF0" w14:textId="7664982F" w:rsidR="00376D64" w:rsidRDefault="00376D64">
            <w:r>
              <w:t>Participation Lead</w:t>
            </w:r>
          </w:p>
        </w:tc>
        <w:tc>
          <w:tcPr>
            <w:tcW w:w="3780" w:type="dxa"/>
          </w:tcPr>
          <w:p w14:paraId="502F1837" w14:textId="77777777" w:rsidR="00376D64" w:rsidRDefault="00376D64">
            <w:r>
              <w:t>Technical</w:t>
            </w:r>
          </w:p>
        </w:tc>
      </w:tr>
      <w:tr w:rsidR="00376D64" w14:paraId="5EE5491D" w14:textId="77777777" w:rsidTr="00376D64">
        <w:tc>
          <w:tcPr>
            <w:tcW w:w="2554" w:type="dxa"/>
          </w:tcPr>
          <w:p w14:paraId="376140E6" w14:textId="77777777" w:rsidR="00376D64" w:rsidRPr="00B738F3" w:rsidRDefault="00376D64">
            <w:pPr>
              <w:rPr>
                <w:highlight w:val="yellow"/>
              </w:rPr>
            </w:pPr>
            <w:r w:rsidRPr="00B738F3">
              <w:rPr>
                <w:highlight w:val="yellow"/>
              </w:rPr>
              <w:t>Who should we contact?</w:t>
            </w:r>
          </w:p>
        </w:tc>
        <w:tc>
          <w:tcPr>
            <w:tcW w:w="3741" w:type="dxa"/>
          </w:tcPr>
          <w:p w14:paraId="29038508" w14:textId="77777777" w:rsidR="00376D64" w:rsidRDefault="00376D64"/>
        </w:tc>
        <w:tc>
          <w:tcPr>
            <w:tcW w:w="3780" w:type="dxa"/>
          </w:tcPr>
          <w:p w14:paraId="0BF20638" w14:textId="77777777" w:rsidR="00376D64" w:rsidRDefault="00376D64"/>
        </w:tc>
      </w:tr>
      <w:tr w:rsidR="00376D64" w14:paraId="4F33504D" w14:textId="77777777" w:rsidTr="00376D64">
        <w:tc>
          <w:tcPr>
            <w:tcW w:w="2554" w:type="dxa"/>
          </w:tcPr>
          <w:p w14:paraId="1D32D546" w14:textId="77777777" w:rsidR="00376D64" w:rsidRPr="00B738F3" w:rsidRDefault="00376D64" w:rsidP="00B738F3">
            <w:pPr>
              <w:rPr>
                <w:highlight w:val="yellow"/>
              </w:rPr>
            </w:pPr>
            <w:r w:rsidRPr="00B738F3">
              <w:rPr>
                <w:highlight w:val="yellow"/>
              </w:rPr>
              <w:t>Name</w:t>
            </w:r>
          </w:p>
        </w:tc>
        <w:tc>
          <w:tcPr>
            <w:tcW w:w="3741" w:type="dxa"/>
          </w:tcPr>
          <w:p w14:paraId="422C9BF2" w14:textId="77777777" w:rsidR="00376D64" w:rsidRDefault="00376D64" w:rsidP="00B738F3"/>
        </w:tc>
        <w:tc>
          <w:tcPr>
            <w:tcW w:w="3780" w:type="dxa"/>
          </w:tcPr>
          <w:p w14:paraId="4F7ED161" w14:textId="77777777" w:rsidR="00376D64" w:rsidRDefault="00376D64" w:rsidP="00B738F3"/>
        </w:tc>
      </w:tr>
      <w:tr w:rsidR="00376D64" w14:paraId="39769064" w14:textId="77777777" w:rsidTr="00376D64">
        <w:tc>
          <w:tcPr>
            <w:tcW w:w="2554" w:type="dxa"/>
          </w:tcPr>
          <w:p w14:paraId="7E9C808C" w14:textId="77777777" w:rsidR="00376D64" w:rsidRPr="00B738F3" w:rsidRDefault="00376D64" w:rsidP="00B738F3">
            <w:pPr>
              <w:rPr>
                <w:highlight w:val="yellow"/>
              </w:rPr>
            </w:pPr>
            <w:r w:rsidRPr="00B738F3">
              <w:rPr>
                <w:highlight w:val="yellow"/>
              </w:rPr>
              <w:t>Position</w:t>
            </w:r>
          </w:p>
        </w:tc>
        <w:tc>
          <w:tcPr>
            <w:tcW w:w="3741" w:type="dxa"/>
          </w:tcPr>
          <w:p w14:paraId="54FC6E3F" w14:textId="77777777" w:rsidR="00376D64" w:rsidRDefault="00376D64" w:rsidP="00B738F3"/>
        </w:tc>
        <w:tc>
          <w:tcPr>
            <w:tcW w:w="3780" w:type="dxa"/>
          </w:tcPr>
          <w:p w14:paraId="6ED34121" w14:textId="77777777" w:rsidR="00376D64" w:rsidRDefault="00376D64" w:rsidP="00B738F3"/>
        </w:tc>
      </w:tr>
      <w:tr w:rsidR="00376D64" w14:paraId="7299873D" w14:textId="77777777" w:rsidTr="00376D64">
        <w:tc>
          <w:tcPr>
            <w:tcW w:w="2554" w:type="dxa"/>
          </w:tcPr>
          <w:p w14:paraId="148E1A7B" w14:textId="7EAFB711" w:rsidR="00376D64" w:rsidRPr="00B738F3" w:rsidRDefault="00376D64" w:rsidP="00B738F3">
            <w:pPr>
              <w:rPr>
                <w:highlight w:val="yellow"/>
              </w:rPr>
            </w:pPr>
            <w:r w:rsidRPr="00B738F3">
              <w:rPr>
                <w:highlight w:val="yellow"/>
              </w:rPr>
              <w:t>Receive Newsletter?</w:t>
            </w:r>
          </w:p>
        </w:tc>
        <w:tc>
          <w:tcPr>
            <w:tcW w:w="3741" w:type="dxa"/>
          </w:tcPr>
          <w:p w14:paraId="2A9AA578" w14:textId="77777777" w:rsidR="00376D64" w:rsidRDefault="00376D64" w:rsidP="00B738F3"/>
        </w:tc>
        <w:tc>
          <w:tcPr>
            <w:tcW w:w="3780" w:type="dxa"/>
          </w:tcPr>
          <w:p w14:paraId="41B5B2CF" w14:textId="77777777" w:rsidR="00376D64" w:rsidRDefault="00376D64" w:rsidP="00B738F3"/>
        </w:tc>
      </w:tr>
    </w:tbl>
    <w:p w14:paraId="06E6196A" w14:textId="3D37FC1D" w:rsidR="000012B1" w:rsidRDefault="00BD7E9F">
      <w:r>
        <w:br/>
        <w:t>Additional newsletter recipients: ________________________________________________</w:t>
      </w:r>
      <w:r w:rsidR="0018177A">
        <w:t>______________________________________</w:t>
      </w:r>
    </w:p>
    <w:p w14:paraId="44699A80" w14:textId="77777777" w:rsidR="000012B1" w:rsidRDefault="00BD7E9F">
      <w:r>
        <w:rPr>
          <w:b/>
          <w:color w:val="357494"/>
          <w:sz w:val="26"/>
        </w:rPr>
        <w:t>Section 3: Supporting Library contributions</w:t>
      </w:r>
    </w:p>
    <w:p w14:paraId="767B0FBC" w14:textId="1D162855" w:rsidR="00263426" w:rsidRPr="00263426" w:rsidRDefault="00263426" w:rsidP="00263426">
      <w:pPr>
        <w:rPr>
          <w:bCs/>
          <w:i/>
          <w:iCs/>
        </w:rPr>
      </w:pPr>
      <w:r w:rsidRPr="00263426">
        <w:rPr>
          <w:bCs/>
          <w:i/>
          <w:iCs/>
          <w:lang w:val="en-GB"/>
        </w:rPr>
        <w:t xml:space="preserve">Discounts are available for consortium participation </w:t>
      </w:r>
      <w:r w:rsidR="00643BE6">
        <w:rPr>
          <w:bCs/>
          <w:i/>
          <w:iCs/>
          <w:lang w:val="en-GB"/>
        </w:rPr>
        <w:t xml:space="preserve">to facilitate </w:t>
      </w:r>
      <w:r w:rsidRPr="00263426">
        <w:rPr>
          <w:bCs/>
          <w:i/>
          <w:iCs/>
          <w:lang w:val="en-GB"/>
        </w:rPr>
        <w:t>purchasing parity between countries.</w:t>
      </w:r>
    </w:p>
    <w:p w14:paraId="4B79D6ED" w14:textId="2CC3A683" w:rsidR="00263426" w:rsidRPr="00B738F3" w:rsidRDefault="00263426" w:rsidP="00263426">
      <w:pPr>
        <w:rPr>
          <w:u w:val="single"/>
        </w:rPr>
      </w:pPr>
      <w:r w:rsidRPr="00B738F3">
        <w:rPr>
          <w:highlight w:val="yellow"/>
        </w:rPr>
        <w:t>What country are you in?</w:t>
      </w:r>
      <w:r>
        <w:t xml:space="preserve"> </w:t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</w:p>
    <w:p w14:paraId="1C3722D5" w14:textId="7F33DAC0" w:rsidR="00263426" w:rsidRPr="00B738F3" w:rsidRDefault="00263426" w:rsidP="00B81484">
      <w:pPr>
        <w:spacing w:line="480" w:lineRule="auto"/>
        <w:rPr>
          <w:u w:val="single"/>
        </w:rPr>
      </w:pPr>
      <w:r>
        <w:t>What consortium are you joining through (if applicable)</w:t>
      </w:r>
      <w:r w:rsidR="00643BE6">
        <w:t>?</w:t>
      </w:r>
      <w:r>
        <w:t xml:space="preserve"> </w:t>
      </w:r>
      <w:r w:rsidR="00B738F3" w:rsidRPr="00B738F3">
        <w:rPr>
          <w:u w:val="single"/>
        </w:rPr>
        <w:t xml:space="preserve"> </w:t>
      </w:r>
      <w:r w:rsidR="00B738F3" w:rsidRPr="00B738F3">
        <w:rPr>
          <w:u w:val="single"/>
        </w:rPr>
        <w:tab/>
      </w:r>
      <w:r w:rsidR="00B738F3" w:rsidRPr="00B738F3">
        <w:rPr>
          <w:u w:val="single"/>
        </w:rPr>
        <w:tab/>
      </w:r>
      <w:r w:rsidR="00B738F3" w:rsidRPr="00B738F3">
        <w:rPr>
          <w:b/>
          <w:bCs/>
          <w:sz w:val="28"/>
          <w:szCs w:val="28"/>
          <w:u w:val="single"/>
        </w:rPr>
        <w:t>CHELSA</w:t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</w:r>
      <w:r w:rsidR="00B738F3">
        <w:rPr>
          <w:u w:val="single"/>
        </w:rPr>
        <w:tab/>
        <w:t xml:space="preserve"> </w:t>
      </w:r>
    </w:p>
    <w:p w14:paraId="1FCF9DA7" w14:textId="77777777" w:rsidR="00B81484" w:rsidRDefault="00B81484" w:rsidP="00263426"/>
    <w:p w14:paraId="1AD555D0" w14:textId="739F86E8" w:rsidR="000012B1" w:rsidRDefault="00BD7E9F">
      <w:r>
        <w:rPr>
          <w:b/>
          <w:color w:val="357494"/>
          <w:sz w:val="26"/>
        </w:rPr>
        <w:lastRenderedPageBreak/>
        <w:t xml:space="preserve">Section </w:t>
      </w:r>
      <w:r w:rsidR="00376D64">
        <w:rPr>
          <w:b/>
          <w:color w:val="357494"/>
          <w:sz w:val="26"/>
        </w:rPr>
        <w:t>4</w:t>
      </w:r>
      <w:r>
        <w:rPr>
          <w:b/>
          <w:color w:val="357494"/>
          <w:sz w:val="26"/>
        </w:rPr>
        <w:t>: Stay connected</w:t>
      </w:r>
    </w:p>
    <w:p w14:paraId="717751A8" w14:textId="77777777" w:rsidR="004C6F77" w:rsidRDefault="0018177A">
      <w:r w:rsidRPr="00B738F3">
        <w:rPr>
          <w:highlight w:val="yellow"/>
        </w:rPr>
        <w:t>Are you interested in receiving more information about opportunities to get actively engaged? This might include</w:t>
      </w:r>
      <w:r>
        <w:t>:</w:t>
      </w:r>
    </w:p>
    <w:p w14:paraId="52B7A9D9" w14:textId="2A96ACFE" w:rsidR="000012B1" w:rsidRDefault="00BD7E9F">
      <w:r>
        <w:t>☐ Pilot projects</w:t>
      </w:r>
    </w:p>
    <w:p w14:paraId="6AFBBC7A" w14:textId="77777777" w:rsidR="000012B1" w:rsidRDefault="00BD7E9F">
      <w:r>
        <w:t>☐ Speaking opportunities</w:t>
      </w:r>
    </w:p>
    <w:p w14:paraId="5DA49607" w14:textId="0010F6B2" w:rsidR="00166038" w:rsidRDefault="00166038">
      <w:r>
        <w:t>☐ Task and finish groups</w:t>
      </w:r>
    </w:p>
    <w:p w14:paraId="64BF56FC" w14:textId="2CE185B4" w:rsidR="00166038" w:rsidRDefault="00166038">
      <w:r>
        <w:t>☐ Other</w:t>
      </w:r>
      <w:r w:rsidR="001F231E">
        <w:t xml:space="preserve"> ideas</w:t>
      </w:r>
      <w:r>
        <w:t xml:space="preserve"> (please describe): ______________________________________________________________________________________</w:t>
      </w:r>
    </w:p>
    <w:p w14:paraId="5F5C2932" w14:textId="77777777" w:rsidR="00B81484" w:rsidRDefault="00B81484" w:rsidP="00174B10">
      <w:pPr>
        <w:rPr>
          <w:b/>
        </w:rPr>
      </w:pPr>
    </w:p>
    <w:p w14:paraId="33E37591" w14:textId="7D87D751" w:rsidR="000012B1" w:rsidRDefault="00BD7E9F" w:rsidP="00174B10">
      <w:r>
        <w:rPr>
          <w:b/>
        </w:rPr>
        <w:t>Welcome to the CLOCKSS community.</w:t>
      </w:r>
      <w:r>
        <w:rPr>
          <w:b/>
        </w:rPr>
        <w:br/>
      </w:r>
      <w:r>
        <w:t>Thank you for taking the time to complete this form. Your support plays an important role in protecting the scholarly record for researchers around the world and for future generations.</w:t>
      </w:r>
      <w:r>
        <w:br/>
      </w:r>
      <w:r>
        <w:br/>
        <w:t xml:space="preserve">We'll be in touch shortly to confirm your Supporting Library membership, set up your </w:t>
      </w:r>
      <w:proofErr w:type="spellStart"/>
      <w:r>
        <w:t>CLOCKSSface</w:t>
      </w:r>
      <w:proofErr w:type="spellEnd"/>
      <w:r>
        <w:t xml:space="preserve"> account, and introduce you to the wider CLOCKSS community.</w:t>
      </w:r>
      <w:r>
        <w:br/>
      </w:r>
      <w:r>
        <w:br/>
        <w:t xml:space="preserve">If you have any questions, please contact us at </w:t>
      </w:r>
      <w:r w:rsidRPr="00174B10">
        <w:rPr>
          <w:u w:val="single"/>
        </w:rPr>
        <w:t>info@clockss.org</w:t>
      </w:r>
      <w:r>
        <w:t>.</w:t>
      </w:r>
    </w:p>
    <w:sectPr w:rsidR="000012B1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4643885">
    <w:abstractNumId w:val="8"/>
  </w:num>
  <w:num w:numId="2" w16cid:durableId="1502626549">
    <w:abstractNumId w:val="6"/>
  </w:num>
  <w:num w:numId="3" w16cid:durableId="943076227">
    <w:abstractNumId w:val="5"/>
  </w:num>
  <w:num w:numId="4" w16cid:durableId="343867746">
    <w:abstractNumId w:val="4"/>
  </w:num>
  <w:num w:numId="5" w16cid:durableId="1543975998">
    <w:abstractNumId w:val="7"/>
  </w:num>
  <w:num w:numId="6" w16cid:durableId="1866671886">
    <w:abstractNumId w:val="3"/>
  </w:num>
  <w:num w:numId="7" w16cid:durableId="1405369817">
    <w:abstractNumId w:val="2"/>
  </w:num>
  <w:num w:numId="8" w16cid:durableId="1076787534">
    <w:abstractNumId w:val="1"/>
  </w:num>
  <w:num w:numId="9" w16cid:durableId="1186747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2B1"/>
    <w:rsid w:val="00034616"/>
    <w:rsid w:val="0006063C"/>
    <w:rsid w:val="001255D8"/>
    <w:rsid w:val="001470BC"/>
    <w:rsid w:val="0015074B"/>
    <w:rsid w:val="00166038"/>
    <w:rsid w:val="00174B10"/>
    <w:rsid w:val="00174E7A"/>
    <w:rsid w:val="0018177A"/>
    <w:rsid w:val="001F231E"/>
    <w:rsid w:val="00263426"/>
    <w:rsid w:val="0029639D"/>
    <w:rsid w:val="00310C8B"/>
    <w:rsid w:val="00326F90"/>
    <w:rsid w:val="00375B57"/>
    <w:rsid w:val="00376D64"/>
    <w:rsid w:val="003A1BCD"/>
    <w:rsid w:val="003E1CF0"/>
    <w:rsid w:val="00430D18"/>
    <w:rsid w:val="0047625E"/>
    <w:rsid w:val="004C6F77"/>
    <w:rsid w:val="006245F9"/>
    <w:rsid w:val="00643BE6"/>
    <w:rsid w:val="006701CB"/>
    <w:rsid w:val="006B7F53"/>
    <w:rsid w:val="006F678D"/>
    <w:rsid w:val="007A70B1"/>
    <w:rsid w:val="007C6C49"/>
    <w:rsid w:val="0084129B"/>
    <w:rsid w:val="008715B1"/>
    <w:rsid w:val="00885763"/>
    <w:rsid w:val="008D20F9"/>
    <w:rsid w:val="008F2A7E"/>
    <w:rsid w:val="009A5F68"/>
    <w:rsid w:val="009B3656"/>
    <w:rsid w:val="009B7343"/>
    <w:rsid w:val="009C130C"/>
    <w:rsid w:val="009C25BB"/>
    <w:rsid w:val="00A47BB4"/>
    <w:rsid w:val="00AA1D8D"/>
    <w:rsid w:val="00B47730"/>
    <w:rsid w:val="00B738F3"/>
    <w:rsid w:val="00B81484"/>
    <w:rsid w:val="00BD7E9F"/>
    <w:rsid w:val="00BE2938"/>
    <w:rsid w:val="00CB0664"/>
    <w:rsid w:val="00CB48D7"/>
    <w:rsid w:val="00D87A0A"/>
    <w:rsid w:val="00DF2FA2"/>
    <w:rsid w:val="00E24608"/>
    <w:rsid w:val="00E47119"/>
    <w:rsid w:val="00E95D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994750"/>
  <w14:defaultImageDpi w14:val="300"/>
  <w15:docId w15:val="{6F0E276A-0E43-44E2-9646-9D9029A8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1470B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817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17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17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7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17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CB4CF15CEC548BDD4860A6F591626" ma:contentTypeVersion="13" ma:contentTypeDescription="Create a new document." ma:contentTypeScope="" ma:versionID="251e9e2f753ad950b2adb5281a2c3f13">
  <xsd:schema xmlns:xsd="http://www.w3.org/2001/XMLSchema" xmlns:xs="http://www.w3.org/2001/XMLSchema" xmlns:p="http://schemas.microsoft.com/office/2006/metadata/properties" xmlns:ns2="09f604d3-f279-43fd-b2e9-35877ba3875a" xmlns:ns3="3a091920-f99b-4e01-b20e-222e3009d3d4" targetNamespace="http://schemas.microsoft.com/office/2006/metadata/properties" ma:root="true" ma:fieldsID="7096eb3467cc57b2008fe948bcfddee9" ns2:_="" ns3:_="">
    <xsd:import namespace="09f604d3-f279-43fd-b2e9-35877ba3875a"/>
    <xsd:import namespace="3a091920-f99b-4e01-b20e-222e3009d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604d3-f279-43fd-b2e9-35877ba387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fbd6679-752f-472c-a0e7-a014469903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91920-f99b-4e01-b20e-222e3009d3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7e1526-049d-440a-aed4-e6aa5c766876}" ma:internalName="TaxCatchAll" ma:showField="CatchAllData" ma:web="3a091920-f99b-4e01-b20e-222e3009d3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091920-f99b-4e01-b20e-222e3009d3d4" xsi:nil="true"/>
    <lcf76f155ced4ddcb4097134ff3c332f xmlns="09f604d3-f279-43fd-b2e9-35877ba3875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718090-7E27-451D-97F9-43D356823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f604d3-f279-43fd-b2e9-35877ba3875a"/>
    <ds:schemaRef ds:uri="3a091920-f99b-4e01-b20e-222e3009d3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1514EF-2865-4E0F-8DF9-97F13AE51E7B}">
  <ds:schemaRefs>
    <ds:schemaRef ds:uri="http://schemas.microsoft.com/office/2006/metadata/properties"/>
    <ds:schemaRef ds:uri="http://schemas.microsoft.com/office/infopath/2007/PartnerControls"/>
    <ds:schemaRef ds:uri="3a091920-f99b-4e01-b20e-222e3009d3d4"/>
    <ds:schemaRef ds:uri="09f604d3-f279-43fd-b2e9-35877ba3875a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0A6543-BFC6-4FE0-9A7F-0E42E091E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Kim Smilay</cp:lastModifiedBy>
  <cp:revision>3</cp:revision>
  <dcterms:created xsi:type="dcterms:W3CDTF">2026-08-19T14:38:00Z</dcterms:created>
  <dcterms:modified xsi:type="dcterms:W3CDTF">2026-08-19T17:00:00Z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0x010100C5FCB4CF15CEC548BDD4860A6F591626</vt:lpwstr>
  </property>
  <property fmtid="{D5CDD505-2E9C-101B-9397-08002B2CF9AE}" pid="3" name="MediaServiceImageTags">
    <vt:lpwstr/>
  </property>
</Properties>
</file>